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F786" w14:textId="77777777" w:rsidR="0051445A" w:rsidRDefault="009C6B35">
      <w:pPr>
        <w:jc w:val="center"/>
      </w:pPr>
      <w:r>
        <w:rPr>
          <w:noProof/>
        </w:rPr>
        <w:drawing>
          <wp:inline distT="0" distB="0" distL="0" distR="0" wp14:anchorId="77921A4D" wp14:editId="3B07E3AD">
            <wp:extent cx="4937760" cy="16985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stens_logo_for_do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169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9955" w14:textId="2FE43232" w:rsidR="0051445A" w:rsidRDefault="009C6B35">
      <w:pPr>
        <w:jc w:val="center"/>
      </w:pPr>
      <w:r>
        <w:rPr>
          <w:b/>
          <w:color w:val="A91C66"/>
          <w:sz w:val="36"/>
        </w:rPr>
        <w:t>Venue Checklist</w:t>
      </w:r>
    </w:p>
    <w:p w14:paraId="237240ED" w14:textId="77777777" w:rsidR="0051445A" w:rsidRDefault="009C6B35">
      <w:pPr>
        <w:jc w:val="center"/>
      </w:pPr>
      <w:r>
        <w:rPr>
          <w:i/>
        </w:rPr>
        <w:t>Use this checklist when comparing conference, training, meeting or mediation venues.</w:t>
      </w:r>
    </w:p>
    <w:p w14:paraId="71317EEA" w14:textId="77777777" w:rsidR="0051445A" w:rsidRDefault="009C6B35">
      <w:pPr>
        <w:pStyle w:val="Heading2"/>
      </w:pPr>
      <w:r>
        <w:rPr>
          <w:color w:val="A91C66"/>
        </w:rPr>
        <w:t>1. Event Purpose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66EF1D57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C76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947F95" w14:textId="77777777" w:rsidR="0051445A" w:rsidRDefault="009C6B35">
            <w:pPr>
              <w:spacing w:after="0"/>
            </w:pPr>
            <w:r>
              <w:t>What is the main purpose of the event?</w:t>
            </w:r>
          </w:p>
        </w:tc>
      </w:tr>
      <w:tr w:rsidR="0051445A" w14:paraId="4C1FB4BD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584DE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738ED" w14:textId="77777777" w:rsidR="0051445A" w:rsidRDefault="009C6B35">
            <w:pPr>
              <w:spacing w:after="0"/>
            </w:pPr>
            <w:r>
              <w:t>Is it training, a workshop, conference, board meeting, mediation, seminar or presentation?</w:t>
            </w:r>
          </w:p>
        </w:tc>
      </w:tr>
      <w:tr w:rsidR="0051445A" w14:paraId="18FA461F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58BED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5F810" w14:textId="77777777" w:rsidR="0051445A" w:rsidRDefault="009C6B35">
            <w:pPr>
              <w:spacing w:after="0"/>
            </w:pPr>
            <w:r>
              <w:t>What outcome do you want to achieve?</w:t>
            </w:r>
          </w:p>
        </w:tc>
      </w:tr>
      <w:tr w:rsidR="0051445A" w14:paraId="766F1A6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0D19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5DF95" w14:textId="77777777" w:rsidR="0051445A" w:rsidRDefault="009C6B35">
            <w:pPr>
              <w:spacing w:after="0"/>
            </w:pPr>
            <w:r>
              <w:t>Is the session presenter-led, discussion-based or activity-based?</w:t>
            </w:r>
          </w:p>
        </w:tc>
      </w:tr>
      <w:tr w:rsidR="0051445A" w14:paraId="204B834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532B2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69694" w14:textId="77777777" w:rsidR="0051445A" w:rsidRDefault="009C6B35">
            <w:pPr>
              <w:spacing w:after="0"/>
            </w:pPr>
            <w:r>
              <w:t>Will the event run for a half day, full day or multiple days?</w:t>
            </w:r>
          </w:p>
        </w:tc>
      </w:tr>
    </w:tbl>
    <w:p w14:paraId="0BF840FE" w14:textId="77777777" w:rsidR="0051445A" w:rsidRDefault="0051445A"/>
    <w:p w14:paraId="4DE20FF6" w14:textId="77777777" w:rsidR="0051445A" w:rsidRDefault="009C6B35">
      <w:pPr>
        <w:pStyle w:val="Heading2"/>
      </w:pPr>
      <w:r>
        <w:rPr>
          <w:color w:val="A91C66"/>
        </w:rPr>
        <w:t>2. Delegate Numbers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1F5C5F67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8B395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3AACE" w14:textId="77777777" w:rsidR="0051445A" w:rsidRDefault="009C6B35">
            <w:pPr>
              <w:spacing w:after="0"/>
            </w:pPr>
            <w:r>
              <w:t>How many delegates are expected?</w:t>
            </w:r>
          </w:p>
        </w:tc>
      </w:tr>
      <w:tr w:rsidR="0051445A" w14:paraId="3AE7BF2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4BF98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70781" w14:textId="77777777" w:rsidR="0051445A" w:rsidRDefault="009C6B35">
            <w:pPr>
              <w:spacing w:after="0"/>
            </w:pPr>
            <w:r>
              <w:t>Are final numbers likely to change?</w:t>
            </w:r>
          </w:p>
        </w:tc>
      </w:tr>
      <w:tr w:rsidR="0051445A" w14:paraId="75E75AE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9DD69F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F7139" w14:textId="77777777" w:rsidR="0051445A" w:rsidRDefault="009C6B35">
            <w:pPr>
              <w:spacing w:after="0"/>
            </w:pPr>
            <w:r>
              <w:t>Does the room provide enough space for comfort, not just capacity?</w:t>
            </w:r>
          </w:p>
        </w:tc>
      </w:tr>
      <w:tr w:rsidR="0051445A" w14:paraId="36C5361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7C096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424D1" w14:textId="77777777" w:rsidR="0051445A" w:rsidRDefault="009C6B35">
            <w:pPr>
              <w:spacing w:after="0"/>
            </w:pPr>
            <w:r>
              <w:t>Is there room for laptops, workbooks, catering and movement?</w:t>
            </w:r>
          </w:p>
        </w:tc>
      </w:tr>
      <w:tr w:rsidR="0051445A" w14:paraId="16F03046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9448F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87F5DE" w14:textId="77777777" w:rsidR="0051445A" w:rsidRDefault="009C6B35">
            <w:pPr>
              <w:spacing w:after="0"/>
            </w:pPr>
            <w:r>
              <w:t>Can the venue adjust room size if numbers change?</w:t>
            </w:r>
          </w:p>
        </w:tc>
      </w:tr>
    </w:tbl>
    <w:p w14:paraId="1778B31E" w14:textId="77777777" w:rsidR="0051445A" w:rsidRDefault="0051445A"/>
    <w:p w14:paraId="0C7C3688" w14:textId="77777777" w:rsidR="0051445A" w:rsidRDefault="009C6B35">
      <w:pPr>
        <w:pStyle w:val="Heading2"/>
      </w:pPr>
      <w:r>
        <w:rPr>
          <w:color w:val="A91C66"/>
        </w:rPr>
        <w:t>3. Location and Access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6E3972C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4AE7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E5C168" w14:textId="77777777" w:rsidR="0051445A" w:rsidRDefault="009C6B35">
            <w:pPr>
              <w:spacing w:after="0"/>
            </w:pPr>
            <w:r>
              <w:t>Is the venue easy to reach by public transport?</w:t>
            </w:r>
          </w:p>
        </w:tc>
      </w:tr>
      <w:tr w:rsidR="0051445A" w14:paraId="5C60FC9F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4CE0D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91A482" w14:textId="77777777" w:rsidR="0051445A" w:rsidRDefault="009C6B35">
            <w:pPr>
              <w:spacing w:after="0"/>
            </w:pPr>
            <w:r>
              <w:t>Is taxi and rideshare access convenient?</w:t>
            </w:r>
          </w:p>
        </w:tc>
      </w:tr>
      <w:tr w:rsidR="0051445A" w14:paraId="1BF7D5D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C84119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760DB0" w14:textId="77777777" w:rsidR="0051445A" w:rsidRDefault="009C6B35">
            <w:pPr>
              <w:spacing w:after="0"/>
            </w:pPr>
            <w:r>
              <w:t>Is parking available nearby?</w:t>
            </w:r>
          </w:p>
        </w:tc>
      </w:tr>
      <w:tr w:rsidR="0051445A" w14:paraId="0CA4833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D3FFE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C6C54" w14:textId="77777777" w:rsidR="0051445A" w:rsidRDefault="009C6B35">
            <w:pPr>
              <w:spacing w:after="0"/>
            </w:pPr>
            <w:r>
              <w:t>Are hotels nearby for interstate delegates?</w:t>
            </w:r>
          </w:p>
        </w:tc>
      </w:tr>
      <w:tr w:rsidR="0051445A" w14:paraId="7C64B20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4AD7BC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2F95A" w14:textId="77777777" w:rsidR="0051445A" w:rsidRDefault="009C6B35">
            <w:pPr>
              <w:spacing w:after="0"/>
            </w:pPr>
            <w:r>
              <w:t>Is the venue easy to find?</w:t>
            </w:r>
          </w:p>
        </w:tc>
      </w:tr>
      <w:tr w:rsidR="0051445A" w14:paraId="4FBE781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0FC46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EEDDC3" w14:textId="77777777" w:rsidR="0051445A" w:rsidRDefault="009C6B35">
            <w:pPr>
              <w:spacing w:after="0"/>
            </w:pPr>
            <w:r>
              <w:t>Are arrival instructions clear?</w:t>
            </w:r>
          </w:p>
        </w:tc>
      </w:tr>
      <w:tr w:rsidR="0051445A" w14:paraId="137686A2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1630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1082CC" w14:textId="77777777" w:rsidR="0051445A" w:rsidRDefault="009C6B35">
            <w:pPr>
              <w:spacing w:after="0"/>
            </w:pPr>
            <w:r>
              <w:t>Is signage available?</w:t>
            </w:r>
          </w:p>
        </w:tc>
      </w:tr>
    </w:tbl>
    <w:p w14:paraId="4517A302" w14:textId="77777777" w:rsidR="0051445A" w:rsidRDefault="0051445A"/>
    <w:p w14:paraId="36D5595F" w14:textId="77777777" w:rsidR="0051445A" w:rsidRDefault="009C6B35">
      <w:pPr>
        <w:pStyle w:val="Heading2"/>
      </w:pPr>
      <w:r>
        <w:rPr>
          <w:color w:val="A91C66"/>
        </w:rPr>
        <w:lastRenderedPageBreak/>
        <w:t>4. Room Layout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4B42CC1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D25C9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6E6D8" w14:textId="77777777" w:rsidR="0051445A" w:rsidRDefault="009C6B35">
            <w:pPr>
              <w:spacing w:after="0"/>
            </w:pPr>
            <w:r>
              <w:t>Which layout best suits the event?</w:t>
            </w:r>
          </w:p>
        </w:tc>
      </w:tr>
      <w:tr w:rsidR="0051445A" w14:paraId="1E79F2C2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BEC69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C96D7B" w14:textId="77777777" w:rsidR="0051445A" w:rsidRDefault="009C6B35">
            <w:pPr>
              <w:spacing w:after="0"/>
            </w:pPr>
            <w:r>
              <w:t>Classroom for structured training and laptop use.</w:t>
            </w:r>
          </w:p>
        </w:tc>
      </w:tr>
      <w:tr w:rsidR="0051445A" w14:paraId="46C161D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62C59B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3AFF0" w14:textId="77777777" w:rsidR="0051445A" w:rsidRDefault="009C6B35">
            <w:pPr>
              <w:spacing w:after="0"/>
            </w:pPr>
            <w:r>
              <w:t>Cabaret for workshops and group discussion.</w:t>
            </w:r>
          </w:p>
        </w:tc>
      </w:tr>
      <w:tr w:rsidR="0051445A" w14:paraId="343991D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D3D5F8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C4428A" w14:textId="77777777" w:rsidR="0051445A" w:rsidRDefault="009C6B35">
            <w:pPr>
              <w:spacing w:after="0"/>
            </w:pPr>
            <w:r>
              <w:t>U-shape for facilitated discussion.</w:t>
            </w:r>
          </w:p>
        </w:tc>
      </w:tr>
      <w:tr w:rsidR="0051445A" w14:paraId="3E8B2257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D63C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9FF11" w14:textId="77777777" w:rsidR="0051445A" w:rsidRDefault="009C6B35">
            <w:pPr>
              <w:spacing w:after="0"/>
            </w:pPr>
            <w:r>
              <w:t>Boardroom for executive meetings.</w:t>
            </w:r>
          </w:p>
        </w:tc>
      </w:tr>
      <w:tr w:rsidR="0051445A" w14:paraId="1543D71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B1447C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9D43ED" w14:textId="77777777" w:rsidR="0051445A" w:rsidRDefault="009C6B35">
            <w:pPr>
              <w:spacing w:after="0"/>
            </w:pPr>
            <w:r>
              <w:t>Theatre for presentations and briefings.</w:t>
            </w:r>
          </w:p>
        </w:tc>
      </w:tr>
      <w:tr w:rsidR="0051445A" w14:paraId="55E08AA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FF1F6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24B54" w14:textId="77777777" w:rsidR="0051445A" w:rsidRDefault="009C6B35">
            <w:pPr>
              <w:spacing w:after="0"/>
            </w:pPr>
            <w:r>
              <w:t>Can all delegates see the screen clearly?</w:t>
            </w:r>
          </w:p>
        </w:tc>
      </w:tr>
      <w:tr w:rsidR="0051445A" w14:paraId="087F3D07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33871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2BBE6" w14:textId="77777777" w:rsidR="0051445A" w:rsidRDefault="009C6B35">
            <w:pPr>
              <w:spacing w:after="0"/>
            </w:pPr>
            <w:r>
              <w:t>Can the facilitator move around the room?</w:t>
            </w:r>
          </w:p>
        </w:tc>
      </w:tr>
      <w:tr w:rsidR="0051445A" w14:paraId="25CD4C7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54DA3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31019" w14:textId="77777777" w:rsidR="0051445A" w:rsidRDefault="009C6B35">
            <w:pPr>
              <w:spacing w:after="0"/>
            </w:pPr>
            <w:r>
              <w:t>Is there enough table space?</w:t>
            </w:r>
          </w:p>
        </w:tc>
      </w:tr>
    </w:tbl>
    <w:p w14:paraId="4FFAA88D" w14:textId="77777777" w:rsidR="0051445A" w:rsidRDefault="0051445A"/>
    <w:p w14:paraId="5E20FBB8" w14:textId="77777777" w:rsidR="0051445A" w:rsidRDefault="009C6B35">
      <w:pPr>
        <w:pStyle w:val="Heading2"/>
      </w:pPr>
      <w:r>
        <w:rPr>
          <w:color w:val="A91C66"/>
        </w:rPr>
        <w:t>5. AV and Technology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7A30170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59B29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FE3B26" w14:textId="77777777" w:rsidR="0051445A" w:rsidRDefault="009C6B35">
            <w:pPr>
              <w:spacing w:after="0"/>
            </w:pPr>
            <w:r>
              <w:t>Are screens or projectors available?</w:t>
            </w:r>
          </w:p>
        </w:tc>
      </w:tr>
      <w:tr w:rsidR="0051445A" w14:paraId="4577795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0CCC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BADCE" w14:textId="77777777" w:rsidR="0051445A" w:rsidRDefault="009C6B35">
            <w:pPr>
              <w:spacing w:after="0"/>
            </w:pPr>
            <w:r>
              <w:t>Are presenter connections available?</w:t>
            </w:r>
          </w:p>
        </w:tc>
      </w:tr>
      <w:tr w:rsidR="0051445A" w14:paraId="19076A15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76358E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F1383E" w14:textId="77777777" w:rsidR="0051445A" w:rsidRDefault="009C6B35">
            <w:pPr>
              <w:spacing w:after="0"/>
            </w:pPr>
            <w:r>
              <w:t>Is Wi-Fi reliable for all delegates?</w:t>
            </w:r>
          </w:p>
        </w:tc>
      </w:tr>
      <w:tr w:rsidR="0051445A" w14:paraId="6465DFF1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7D6D0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BED93" w14:textId="77777777" w:rsidR="0051445A" w:rsidRDefault="009C6B35">
            <w:pPr>
              <w:spacing w:after="0"/>
            </w:pPr>
            <w:r>
              <w:t>Are microphones required?</w:t>
            </w:r>
          </w:p>
        </w:tc>
      </w:tr>
      <w:tr w:rsidR="0051445A" w14:paraId="1E960FF0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CFB98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CB4EF" w14:textId="77777777" w:rsidR="0051445A" w:rsidRDefault="009C6B35">
            <w:pPr>
              <w:spacing w:after="0"/>
            </w:pPr>
            <w:r>
              <w:t>Is sound available for video or presentations?</w:t>
            </w:r>
          </w:p>
        </w:tc>
      </w:tr>
      <w:tr w:rsidR="0051445A" w14:paraId="70BFA88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EE3F3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FC9A7E" w14:textId="77777777" w:rsidR="0051445A" w:rsidRDefault="009C6B35">
            <w:pPr>
              <w:spacing w:after="0"/>
            </w:pPr>
            <w:r>
              <w:t>Are whiteboards or flipcharts available?</w:t>
            </w:r>
          </w:p>
        </w:tc>
      </w:tr>
      <w:tr w:rsidR="0051445A" w14:paraId="5DB5B99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0BA81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FA5BB" w14:textId="77777777" w:rsidR="0051445A" w:rsidRDefault="009C6B35">
            <w:pPr>
              <w:spacing w:after="0"/>
            </w:pPr>
            <w:r>
              <w:t>Is technical support available onsite?</w:t>
            </w:r>
          </w:p>
        </w:tc>
      </w:tr>
      <w:tr w:rsidR="0051445A" w14:paraId="15EA30D1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ED591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3D61F" w14:textId="77777777" w:rsidR="0051445A" w:rsidRDefault="009C6B35">
            <w:pPr>
              <w:spacing w:after="0"/>
            </w:pPr>
            <w:r>
              <w:t>Can AV be tested before the event?</w:t>
            </w:r>
          </w:p>
        </w:tc>
      </w:tr>
    </w:tbl>
    <w:p w14:paraId="545F7553" w14:textId="77777777" w:rsidR="0051445A" w:rsidRDefault="0051445A"/>
    <w:p w14:paraId="6D24E237" w14:textId="77777777" w:rsidR="0051445A" w:rsidRDefault="009C6B35">
      <w:pPr>
        <w:pStyle w:val="Heading2"/>
      </w:pPr>
      <w:r>
        <w:rPr>
          <w:color w:val="A91C66"/>
        </w:rPr>
        <w:t>6. Hybrid Meeting Requirements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6C3EC16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75BDB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BAE69" w14:textId="77777777" w:rsidR="0051445A" w:rsidRDefault="009C6B35">
            <w:pPr>
              <w:spacing w:after="0"/>
            </w:pPr>
            <w:r>
              <w:t>Will anyone attend remotely?</w:t>
            </w:r>
          </w:p>
        </w:tc>
      </w:tr>
      <w:tr w:rsidR="0051445A" w14:paraId="2272CAC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F067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F76F3A" w14:textId="77777777" w:rsidR="0051445A" w:rsidRDefault="009C6B35">
            <w:pPr>
              <w:spacing w:after="0"/>
            </w:pPr>
            <w:r>
              <w:t>Will Zoom or Microsoft Teams be used?</w:t>
            </w:r>
          </w:p>
        </w:tc>
      </w:tr>
      <w:tr w:rsidR="0051445A" w14:paraId="49D0B572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B064C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8D53B1" w14:textId="77777777" w:rsidR="0051445A" w:rsidRDefault="009C6B35">
            <w:pPr>
              <w:spacing w:after="0"/>
            </w:pPr>
            <w:r>
              <w:t>Are cameras and microphones available?</w:t>
            </w:r>
          </w:p>
        </w:tc>
      </w:tr>
      <w:tr w:rsidR="0051445A" w14:paraId="28000681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DB1E6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2EBC70" w14:textId="77777777" w:rsidR="0051445A" w:rsidRDefault="009C6B35">
            <w:pPr>
              <w:spacing w:after="0"/>
            </w:pPr>
            <w:r>
              <w:t>Can remote participants hear clearly?</w:t>
            </w:r>
          </w:p>
        </w:tc>
      </w:tr>
      <w:tr w:rsidR="0051445A" w14:paraId="0B76070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065968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0BCC1" w14:textId="77777777" w:rsidR="0051445A" w:rsidRDefault="009C6B35">
            <w:pPr>
              <w:spacing w:after="0"/>
            </w:pPr>
            <w:r>
              <w:t>Can remote participants see the presenter and room?</w:t>
            </w:r>
          </w:p>
        </w:tc>
      </w:tr>
      <w:tr w:rsidR="0051445A" w14:paraId="281877C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F7E232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AD656A" w14:textId="77777777" w:rsidR="0051445A" w:rsidRDefault="009C6B35">
            <w:pPr>
              <w:spacing w:after="0"/>
            </w:pPr>
            <w:r>
              <w:t>Is screen sharing required?</w:t>
            </w:r>
          </w:p>
        </w:tc>
      </w:tr>
      <w:tr w:rsidR="0051445A" w14:paraId="4ADF7286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B74F0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5F9B8F" w14:textId="77777777" w:rsidR="0051445A" w:rsidRDefault="009C6B35">
            <w:pPr>
              <w:spacing w:after="0"/>
            </w:pPr>
            <w:r>
              <w:t>Is there a backup plan if technology fails?</w:t>
            </w:r>
          </w:p>
        </w:tc>
      </w:tr>
    </w:tbl>
    <w:p w14:paraId="793953A5" w14:textId="77777777" w:rsidR="0051445A" w:rsidRDefault="0051445A"/>
    <w:p w14:paraId="274AE065" w14:textId="77777777" w:rsidR="0051445A" w:rsidRDefault="009C6B35">
      <w:pPr>
        <w:pStyle w:val="Heading2"/>
      </w:pPr>
      <w:r>
        <w:rPr>
          <w:color w:val="A91C66"/>
        </w:rPr>
        <w:t>7. Catering and Refreshments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3552D130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8F5B7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B560E3" w14:textId="77777777" w:rsidR="0051445A" w:rsidRDefault="009C6B35">
            <w:pPr>
              <w:spacing w:after="0"/>
            </w:pPr>
            <w:r>
              <w:t>Is arrival coffee required?</w:t>
            </w:r>
          </w:p>
        </w:tc>
      </w:tr>
      <w:tr w:rsidR="0051445A" w14:paraId="46E0D638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2FE76B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CDCA90" w14:textId="77777777" w:rsidR="0051445A" w:rsidRDefault="009C6B35">
            <w:pPr>
              <w:spacing w:after="0"/>
            </w:pPr>
            <w:r>
              <w:t>Is morning tea required?</w:t>
            </w:r>
          </w:p>
        </w:tc>
      </w:tr>
      <w:tr w:rsidR="0051445A" w14:paraId="4A7A24C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70F5D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6547A3" w14:textId="77777777" w:rsidR="0051445A" w:rsidRDefault="009C6B35">
            <w:pPr>
              <w:spacing w:after="0"/>
            </w:pPr>
            <w:r>
              <w:t>Is lunch required?</w:t>
            </w:r>
          </w:p>
        </w:tc>
      </w:tr>
      <w:tr w:rsidR="0051445A" w14:paraId="6ABAD890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E2146D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lastRenderedPageBreak/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367888" w14:textId="77777777" w:rsidR="0051445A" w:rsidRDefault="009C6B35">
            <w:pPr>
              <w:spacing w:after="0"/>
            </w:pPr>
            <w:r>
              <w:t>Is afternoon tea required?</w:t>
            </w:r>
          </w:p>
        </w:tc>
      </w:tr>
      <w:tr w:rsidR="0051445A" w14:paraId="5BF3D23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30061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24A93" w14:textId="77777777" w:rsidR="0051445A" w:rsidRDefault="009C6B35">
            <w:pPr>
              <w:spacing w:after="0"/>
            </w:pPr>
            <w:r>
              <w:t>Is water available in the room?</w:t>
            </w:r>
          </w:p>
        </w:tc>
      </w:tr>
      <w:tr w:rsidR="0051445A" w14:paraId="68778E41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D4D968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A53890" w14:textId="77777777" w:rsidR="0051445A" w:rsidRDefault="009C6B35">
            <w:pPr>
              <w:spacing w:after="0"/>
            </w:pPr>
            <w:r>
              <w:t>Are tea and coffee available during the day?</w:t>
            </w:r>
          </w:p>
        </w:tc>
      </w:tr>
      <w:tr w:rsidR="0051445A" w14:paraId="7D15DB18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993851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25A10" w14:textId="77777777" w:rsidR="0051445A" w:rsidRDefault="009C6B35">
            <w:pPr>
              <w:spacing w:after="0"/>
            </w:pPr>
            <w:r>
              <w:t>Have dietary requirements been collected?</w:t>
            </w:r>
          </w:p>
        </w:tc>
      </w:tr>
      <w:tr w:rsidR="0051445A" w14:paraId="0C52FEB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832C4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4612FB" w14:textId="77777777" w:rsidR="0051445A" w:rsidRDefault="009C6B35">
            <w:pPr>
              <w:spacing w:after="0"/>
            </w:pPr>
            <w:r>
              <w:t>Can catering timing match the agenda?</w:t>
            </w:r>
          </w:p>
        </w:tc>
      </w:tr>
      <w:tr w:rsidR="0051445A" w14:paraId="264D3A6F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1F8DC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B4F5F9" w14:textId="77777777" w:rsidR="0051445A" w:rsidRDefault="009C6B35">
            <w:pPr>
              <w:spacing w:after="0"/>
            </w:pPr>
            <w:r>
              <w:t>Will catering be served inside or outside the room?</w:t>
            </w:r>
          </w:p>
        </w:tc>
      </w:tr>
    </w:tbl>
    <w:p w14:paraId="7BC77A27" w14:textId="77777777" w:rsidR="0051445A" w:rsidRDefault="0051445A"/>
    <w:p w14:paraId="2EA63576" w14:textId="77777777" w:rsidR="0051445A" w:rsidRDefault="009C6B35">
      <w:pPr>
        <w:pStyle w:val="Heading2"/>
      </w:pPr>
      <w:r>
        <w:rPr>
          <w:color w:val="A91C66"/>
        </w:rPr>
        <w:t>8. Breakout Spaces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47380F5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5DBD1E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2D0C27" w14:textId="77777777" w:rsidR="0051445A" w:rsidRDefault="009C6B35">
            <w:pPr>
              <w:spacing w:after="0"/>
            </w:pPr>
            <w:r>
              <w:t>Are breakout spaces required?</w:t>
            </w:r>
          </w:p>
        </w:tc>
      </w:tr>
      <w:tr w:rsidR="0051445A" w14:paraId="643AB54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1F212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A07879" w14:textId="77777777" w:rsidR="0051445A" w:rsidRDefault="009C6B35">
            <w:pPr>
              <w:spacing w:after="0"/>
            </w:pPr>
            <w:r>
              <w:t>Are private rooms needed?</w:t>
            </w:r>
          </w:p>
        </w:tc>
      </w:tr>
      <w:tr w:rsidR="0051445A" w14:paraId="322D893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9B0F9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17192D" w14:textId="77777777" w:rsidR="0051445A" w:rsidRDefault="009C6B35">
            <w:pPr>
              <w:spacing w:after="0"/>
            </w:pPr>
            <w:r>
              <w:t>Is space needed for group activities?</w:t>
            </w:r>
          </w:p>
        </w:tc>
      </w:tr>
      <w:tr w:rsidR="0051445A" w14:paraId="4FD8BC36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F61A3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76C0B" w14:textId="77777777" w:rsidR="0051445A" w:rsidRDefault="009C6B35">
            <w:pPr>
              <w:spacing w:after="0"/>
            </w:pPr>
            <w:r>
              <w:t>Is a waiting area required?</w:t>
            </w:r>
          </w:p>
        </w:tc>
      </w:tr>
      <w:tr w:rsidR="0051445A" w14:paraId="2207A7C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931C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7175B" w14:textId="77777777" w:rsidR="0051445A" w:rsidRDefault="009C6B35">
            <w:pPr>
              <w:spacing w:after="0"/>
            </w:pPr>
            <w:r>
              <w:t>Is there space for catering breaks?</w:t>
            </w:r>
          </w:p>
        </w:tc>
      </w:tr>
      <w:tr w:rsidR="0051445A" w14:paraId="163100E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BCF742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650A7" w14:textId="77777777" w:rsidR="0051445A" w:rsidRDefault="009C6B35">
            <w:pPr>
              <w:spacing w:after="0"/>
            </w:pPr>
            <w:r>
              <w:t>Is there a quiet area for calls?</w:t>
            </w:r>
          </w:p>
        </w:tc>
      </w:tr>
      <w:tr w:rsidR="0051445A" w14:paraId="26761A8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FD009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0BF300" w14:textId="77777777" w:rsidR="0051445A" w:rsidRDefault="009C6B35">
            <w:pPr>
              <w:spacing w:after="0"/>
            </w:pPr>
            <w:r>
              <w:t>Are breakout spaces close to the main room?</w:t>
            </w:r>
          </w:p>
        </w:tc>
      </w:tr>
    </w:tbl>
    <w:p w14:paraId="1BE534A5" w14:textId="77777777" w:rsidR="0051445A" w:rsidRDefault="0051445A"/>
    <w:p w14:paraId="432151DE" w14:textId="77777777" w:rsidR="0051445A" w:rsidRDefault="009C6B35">
      <w:pPr>
        <w:pStyle w:val="Heading2"/>
      </w:pPr>
      <w:r>
        <w:rPr>
          <w:color w:val="A91C66"/>
        </w:rPr>
        <w:t>9. Delegate Comfort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606A4BF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E86C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4F43C" w14:textId="77777777" w:rsidR="0051445A" w:rsidRDefault="009C6B35">
            <w:pPr>
              <w:spacing w:after="0"/>
            </w:pPr>
            <w:r>
              <w:t>Are chairs suitable for full-day use?</w:t>
            </w:r>
          </w:p>
        </w:tc>
      </w:tr>
      <w:tr w:rsidR="0051445A" w14:paraId="429ABCD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F1C02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4E465" w14:textId="77777777" w:rsidR="0051445A" w:rsidRDefault="009C6B35">
            <w:pPr>
              <w:spacing w:after="0"/>
            </w:pPr>
            <w:r>
              <w:t>Is there enough table space?</w:t>
            </w:r>
          </w:p>
        </w:tc>
      </w:tr>
      <w:tr w:rsidR="0051445A" w14:paraId="72CF28ED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AC51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77E669" w14:textId="77777777" w:rsidR="0051445A" w:rsidRDefault="009C6B35">
            <w:pPr>
              <w:spacing w:after="0"/>
            </w:pPr>
            <w:r>
              <w:t>Is there natural light where available?</w:t>
            </w:r>
          </w:p>
        </w:tc>
      </w:tr>
      <w:tr w:rsidR="0051445A" w14:paraId="3AB67CE8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203B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342685" w14:textId="77777777" w:rsidR="0051445A" w:rsidRDefault="009C6B35">
            <w:pPr>
              <w:spacing w:after="0"/>
            </w:pPr>
            <w:r>
              <w:t>Is room temperature controlled?</w:t>
            </w:r>
          </w:p>
        </w:tc>
      </w:tr>
      <w:tr w:rsidR="0051445A" w14:paraId="6C8FD60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E299C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329520" w14:textId="77777777" w:rsidR="0051445A" w:rsidRDefault="009C6B35">
            <w:pPr>
              <w:spacing w:after="0"/>
            </w:pPr>
            <w:r>
              <w:t>Are acoustics suitable?</w:t>
            </w:r>
          </w:p>
        </w:tc>
      </w:tr>
      <w:tr w:rsidR="0051445A" w14:paraId="1E24FDD8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137A0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C44B7" w14:textId="77777777" w:rsidR="0051445A" w:rsidRDefault="009C6B35">
            <w:pPr>
              <w:spacing w:after="0"/>
            </w:pPr>
            <w:r>
              <w:t>Is lighting comfortable?</w:t>
            </w:r>
          </w:p>
        </w:tc>
      </w:tr>
      <w:tr w:rsidR="0051445A" w14:paraId="150EE8B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2B076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7121E" w14:textId="77777777" w:rsidR="0051445A" w:rsidRDefault="009C6B35">
            <w:pPr>
              <w:spacing w:after="0"/>
            </w:pPr>
            <w:r>
              <w:t>Is glare managed?</w:t>
            </w:r>
          </w:p>
        </w:tc>
      </w:tr>
      <w:tr w:rsidR="0051445A" w14:paraId="263B6197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333FC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E3386" w14:textId="77777777" w:rsidR="0051445A" w:rsidRDefault="009C6B35">
            <w:pPr>
              <w:spacing w:after="0"/>
            </w:pPr>
            <w:r>
              <w:t>Is the room clean, professional and well presented?</w:t>
            </w:r>
          </w:p>
        </w:tc>
      </w:tr>
    </w:tbl>
    <w:p w14:paraId="4F1BA363" w14:textId="77777777" w:rsidR="0051445A" w:rsidRDefault="0051445A"/>
    <w:p w14:paraId="7257FC61" w14:textId="77777777" w:rsidR="0051445A" w:rsidRDefault="009C6B35">
      <w:pPr>
        <w:pStyle w:val="Heading2"/>
      </w:pPr>
      <w:r>
        <w:rPr>
          <w:color w:val="A91C66"/>
        </w:rPr>
        <w:t>10. Accessibility and Inclusion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57DFA7C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A194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27FB47" w14:textId="77777777" w:rsidR="0051445A" w:rsidRDefault="009C6B35">
            <w:pPr>
              <w:spacing w:after="0"/>
            </w:pPr>
            <w:r>
              <w:t>Is there accessible entry?</w:t>
            </w:r>
          </w:p>
        </w:tc>
      </w:tr>
      <w:tr w:rsidR="0051445A" w14:paraId="578FCD95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33BCEE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E3CF2C" w14:textId="77777777" w:rsidR="0051445A" w:rsidRDefault="009C6B35">
            <w:pPr>
              <w:spacing w:after="0"/>
            </w:pPr>
            <w:r>
              <w:t>Is lift access available where required?</w:t>
            </w:r>
          </w:p>
        </w:tc>
      </w:tr>
      <w:tr w:rsidR="0051445A" w14:paraId="731A23E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EBE0C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5DA1F0" w14:textId="77777777" w:rsidR="0051445A" w:rsidRDefault="009C6B35">
            <w:pPr>
              <w:spacing w:after="0"/>
            </w:pPr>
            <w:r>
              <w:t>Are accessible bathrooms available?</w:t>
            </w:r>
          </w:p>
        </w:tc>
      </w:tr>
      <w:tr w:rsidR="0051445A" w14:paraId="08E327C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E0BCE5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BB84D1" w14:textId="77777777" w:rsidR="0051445A" w:rsidRDefault="009C6B35">
            <w:pPr>
              <w:spacing w:after="0"/>
            </w:pPr>
            <w:r>
              <w:t>Can seating be adjusted for accessibility needs?</w:t>
            </w:r>
          </w:p>
        </w:tc>
      </w:tr>
      <w:tr w:rsidR="0051445A" w14:paraId="32DF8020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7A060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467411" w14:textId="77777777" w:rsidR="0051445A" w:rsidRDefault="009C6B35">
            <w:pPr>
              <w:spacing w:after="0"/>
            </w:pPr>
            <w:r>
              <w:t>Are microphones available where required?</w:t>
            </w:r>
          </w:p>
        </w:tc>
      </w:tr>
      <w:tr w:rsidR="0051445A" w14:paraId="3650B2E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31E32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EA4473" w14:textId="77777777" w:rsidR="0051445A" w:rsidRDefault="009C6B35">
            <w:pPr>
              <w:spacing w:after="0"/>
            </w:pPr>
            <w:r>
              <w:t>Are dietary requirements managed clearly?</w:t>
            </w:r>
          </w:p>
        </w:tc>
      </w:tr>
      <w:tr w:rsidR="0051445A" w14:paraId="32E37A76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C8B42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A73686" w14:textId="77777777" w:rsidR="0051445A" w:rsidRDefault="009C6B35">
            <w:pPr>
              <w:spacing w:after="0"/>
            </w:pPr>
            <w:r>
              <w:t>Are remote access options available if needed?</w:t>
            </w:r>
          </w:p>
        </w:tc>
      </w:tr>
    </w:tbl>
    <w:p w14:paraId="5BDDDB28" w14:textId="77777777" w:rsidR="0051445A" w:rsidRDefault="0051445A"/>
    <w:p w14:paraId="692D62A6" w14:textId="77777777" w:rsidR="0051445A" w:rsidRDefault="009C6B35">
      <w:pPr>
        <w:pStyle w:val="Heading2"/>
      </w:pPr>
      <w:r>
        <w:rPr>
          <w:color w:val="A91C66"/>
        </w:rPr>
        <w:t>11. Facilitator and Presenter Needs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3457BBAF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2E6156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8CA5A" w14:textId="77777777" w:rsidR="0051445A" w:rsidRDefault="009C6B35">
            <w:pPr>
              <w:spacing w:after="0"/>
            </w:pPr>
            <w:r>
              <w:t>Can the facilitator access the room early?</w:t>
            </w:r>
          </w:p>
        </w:tc>
      </w:tr>
      <w:tr w:rsidR="0051445A" w14:paraId="737F06C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7EC0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B5F4DA" w14:textId="77777777" w:rsidR="0051445A" w:rsidRDefault="009C6B35">
            <w:pPr>
              <w:spacing w:after="0"/>
            </w:pPr>
            <w:r>
              <w:t>Is there time to test AV?</w:t>
            </w:r>
          </w:p>
        </w:tc>
      </w:tr>
      <w:tr w:rsidR="0051445A" w14:paraId="4AEAC40F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46B0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FB61FB" w14:textId="77777777" w:rsidR="0051445A" w:rsidRDefault="009C6B35">
            <w:pPr>
              <w:spacing w:after="0"/>
            </w:pPr>
            <w:r>
              <w:t>Is a presenter table or lectern required?</w:t>
            </w:r>
          </w:p>
        </w:tc>
      </w:tr>
      <w:tr w:rsidR="0051445A" w14:paraId="14247B1D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0402D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5AD831" w14:textId="77777777" w:rsidR="0051445A" w:rsidRDefault="009C6B35">
            <w:pPr>
              <w:spacing w:after="0"/>
            </w:pPr>
            <w:r>
              <w:t>Are markers, stationery or materials needed?</w:t>
            </w:r>
          </w:p>
        </w:tc>
      </w:tr>
      <w:tr w:rsidR="0051445A" w14:paraId="617A1DE2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3BA8F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68F489" w14:textId="77777777" w:rsidR="0051445A" w:rsidRDefault="009C6B35">
            <w:pPr>
              <w:spacing w:after="0"/>
            </w:pPr>
            <w:r>
              <w:t>Is storage required for course materials?</w:t>
            </w:r>
          </w:p>
        </w:tc>
      </w:tr>
      <w:tr w:rsidR="0051445A" w14:paraId="1C61233D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95985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4C04CE" w14:textId="77777777" w:rsidR="0051445A" w:rsidRDefault="009C6B35">
            <w:pPr>
              <w:spacing w:after="0"/>
            </w:pPr>
            <w:r>
              <w:t>Who is the onsite contact on the day?</w:t>
            </w:r>
          </w:p>
        </w:tc>
      </w:tr>
      <w:tr w:rsidR="0051445A" w14:paraId="1E01C96F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18AD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873B7B" w14:textId="77777777" w:rsidR="0051445A" w:rsidRDefault="009C6B35">
            <w:pPr>
              <w:spacing w:after="0"/>
            </w:pPr>
            <w:r>
              <w:t>Has the facilitator received venue details?</w:t>
            </w:r>
          </w:p>
        </w:tc>
      </w:tr>
    </w:tbl>
    <w:p w14:paraId="45996271" w14:textId="77777777" w:rsidR="0051445A" w:rsidRDefault="0051445A"/>
    <w:p w14:paraId="28626EF4" w14:textId="77777777" w:rsidR="0051445A" w:rsidRDefault="009C6B35">
      <w:pPr>
        <w:pStyle w:val="Heading2"/>
      </w:pPr>
      <w:r>
        <w:rPr>
          <w:color w:val="A91C66"/>
        </w:rPr>
        <w:t>12. Booking and Quote Details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4245BAB3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761AD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B1E49" w14:textId="77777777" w:rsidR="0051445A" w:rsidRDefault="009C6B35">
            <w:pPr>
              <w:spacing w:after="0"/>
            </w:pPr>
            <w:r>
              <w:t>What is included in the room hire?</w:t>
            </w:r>
          </w:p>
        </w:tc>
      </w:tr>
      <w:tr w:rsidR="0051445A" w14:paraId="0648C962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8394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90606" w14:textId="77777777" w:rsidR="0051445A" w:rsidRDefault="009C6B35">
            <w:pPr>
              <w:spacing w:after="0"/>
            </w:pPr>
            <w:r>
              <w:t>What catering is included or available?</w:t>
            </w:r>
          </w:p>
        </w:tc>
      </w:tr>
      <w:tr w:rsidR="0051445A" w14:paraId="0CE7968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266BB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0BDB44" w14:textId="77777777" w:rsidR="0051445A" w:rsidRDefault="009C6B35">
            <w:pPr>
              <w:spacing w:after="0"/>
            </w:pPr>
            <w:r>
              <w:t>What AV is included?</w:t>
            </w:r>
          </w:p>
        </w:tc>
      </w:tr>
      <w:tr w:rsidR="0051445A" w14:paraId="144C4B35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74058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BC2E61" w14:textId="77777777" w:rsidR="0051445A" w:rsidRDefault="009C6B35">
            <w:pPr>
              <w:spacing w:after="0"/>
            </w:pPr>
            <w:r>
              <w:t>Are there extra charges?</w:t>
            </w:r>
          </w:p>
        </w:tc>
      </w:tr>
      <w:tr w:rsidR="0051445A" w14:paraId="692AF0A4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DEF6B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6BA6E" w14:textId="77777777" w:rsidR="0051445A" w:rsidRDefault="009C6B35">
            <w:pPr>
              <w:spacing w:after="0"/>
            </w:pPr>
            <w:r>
              <w:t>What are the payment terms?</w:t>
            </w:r>
          </w:p>
        </w:tc>
      </w:tr>
      <w:tr w:rsidR="0051445A" w14:paraId="183FE289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5EA5E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0EB4ED" w14:textId="77777777" w:rsidR="0051445A" w:rsidRDefault="009C6B35">
            <w:pPr>
              <w:spacing w:after="0"/>
            </w:pPr>
            <w:r>
              <w:t>What is the cancellation policy?</w:t>
            </w:r>
          </w:p>
        </w:tc>
      </w:tr>
      <w:tr w:rsidR="0051445A" w14:paraId="526BCD7D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E24D9A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7F0C0" w14:textId="77777777" w:rsidR="0051445A" w:rsidRDefault="009C6B35">
            <w:pPr>
              <w:spacing w:after="0"/>
            </w:pPr>
            <w:r>
              <w:t>When are final numbers due?</w:t>
            </w:r>
          </w:p>
        </w:tc>
      </w:tr>
      <w:tr w:rsidR="0051445A" w14:paraId="7D927BD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B7292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2707E" w14:textId="77777777" w:rsidR="0051445A" w:rsidRDefault="009C6B35">
            <w:pPr>
              <w:spacing w:after="0"/>
            </w:pPr>
            <w:r>
              <w:t>Who is the main contact?</w:t>
            </w:r>
          </w:p>
        </w:tc>
      </w:tr>
      <w:tr w:rsidR="0051445A" w14:paraId="0835D99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A6FBA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10B67E" w14:textId="77777777" w:rsidR="0051445A" w:rsidRDefault="009C6B35">
            <w:pPr>
              <w:spacing w:after="0"/>
            </w:pPr>
            <w:r>
              <w:t>Has everything been confirmed in writing?</w:t>
            </w:r>
          </w:p>
        </w:tc>
      </w:tr>
    </w:tbl>
    <w:p w14:paraId="14EA2DB6" w14:textId="77777777" w:rsidR="0051445A" w:rsidRDefault="0051445A"/>
    <w:p w14:paraId="76E85224" w14:textId="77777777" w:rsidR="0051445A" w:rsidRDefault="009C6B35">
      <w:pPr>
        <w:pStyle w:val="Heading2"/>
      </w:pPr>
      <w:r>
        <w:rPr>
          <w:color w:val="A91C66"/>
        </w:rPr>
        <w:t>13. Final Pre-Event Check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200"/>
      </w:tblGrid>
      <w:tr w:rsidR="0051445A" w14:paraId="48BBB75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A423AB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F922E0" w14:textId="77777777" w:rsidR="0051445A" w:rsidRDefault="009C6B35">
            <w:pPr>
              <w:spacing w:after="0"/>
            </w:pPr>
            <w:r>
              <w:t>Agenda confirmed.</w:t>
            </w:r>
          </w:p>
        </w:tc>
      </w:tr>
      <w:tr w:rsidR="0051445A" w14:paraId="321A182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75D89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027A4A" w14:textId="77777777" w:rsidR="0051445A" w:rsidRDefault="009C6B35">
            <w:pPr>
              <w:spacing w:after="0"/>
            </w:pPr>
            <w:r>
              <w:t>Room layout confirmed.</w:t>
            </w:r>
          </w:p>
        </w:tc>
      </w:tr>
      <w:tr w:rsidR="0051445A" w14:paraId="2DFA1E0B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DCE56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1933B" w14:textId="77777777" w:rsidR="0051445A" w:rsidRDefault="009C6B35">
            <w:pPr>
              <w:spacing w:after="0"/>
            </w:pPr>
            <w:r>
              <w:t>Delegate numbers confirmed.</w:t>
            </w:r>
          </w:p>
        </w:tc>
      </w:tr>
      <w:tr w:rsidR="0051445A" w14:paraId="66AC84B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5D24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236B" w14:textId="77777777" w:rsidR="0051445A" w:rsidRDefault="009C6B35">
            <w:pPr>
              <w:spacing w:after="0"/>
            </w:pPr>
            <w:r>
              <w:t>Catering confirmed.</w:t>
            </w:r>
          </w:p>
        </w:tc>
      </w:tr>
      <w:tr w:rsidR="0051445A" w14:paraId="4D2CB361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6CD101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AC964" w14:textId="77777777" w:rsidR="0051445A" w:rsidRDefault="009C6B35">
            <w:pPr>
              <w:spacing w:after="0"/>
            </w:pPr>
            <w:r>
              <w:t>Dietary requirements confirmed.</w:t>
            </w:r>
          </w:p>
        </w:tc>
      </w:tr>
      <w:tr w:rsidR="0051445A" w14:paraId="36258BFC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A76F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2C829" w14:textId="77777777" w:rsidR="0051445A" w:rsidRDefault="009C6B35">
            <w:pPr>
              <w:spacing w:after="0"/>
            </w:pPr>
            <w:r>
              <w:t>AV requirements confirmed.</w:t>
            </w:r>
          </w:p>
        </w:tc>
      </w:tr>
      <w:tr w:rsidR="0051445A" w14:paraId="72B484E2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81A23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8F9784" w14:textId="77777777" w:rsidR="0051445A" w:rsidRDefault="009C6B35">
            <w:pPr>
              <w:spacing w:after="0"/>
            </w:pPr>
            <w:r>
              <w:t>Hybrid links tested.</w:t>
            </w:r>
          </w:p>
        </w:tc>
      </w:tr>
      <w:tr w:rsidR="0051445A" w14:paraId="46FE633A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5ABB87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D8F366" w14:textId="77777777" w:rsidR="0051445A" w:rsidRDefault="009C6B35">
            <w:pPr>
              <w:spacing w:after="0"/>
            </w:pPr>
            <w:r>
              <w:t>Presenter needs confirmed.</w:t>
            </w:r>
          </w:p>
        </w:tc>
      </w:tr>
      <w:tr w:rsidR="0051445A" w14:paraId="5A175306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1736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23F269" w14:textId="77777777" w:rsidR="0051445A" w:rsidRDefault="009C6B35">
            <w:pPr>
              <w:spacing w:after="0"/>
            </w:pPr>
            <w:r>
              <w:t>Signage confirmed.</w:t>
            </w:r>
          </w:p>
        </w:tc>
      </w:tr>
      <w:tr w:rsidR="0051445A" w14:paraId="0677A1D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D905D0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0E755" w14:textId="77777777" w:rsidR="0051445A" w:rsidRDefault="009C6B35">
            <w:pPr>
              <w:spacing w:after="0"/>
            </w:pPr>
            <w:r>
              <w:t>Arrival details sent to delegates.</w:t>
            </w:r>
          </w:p>
        </w:tc>
      </w:tr>
      <w:tr w:rsidR="0051445A" w14:paraId="6564EB2E" w14:textId="77777777">
        <w:tc>
          <w:tcPr>
            <w:tcW w:w="3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896A09" w14:textId="77777777" w:rsidR="0051445A" w:rsidRDefault="009C6B35">
            <w:pPr>
              <w:spacing w:after="0"/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92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5B170" w14:textId="77777777" w:rsidR="0051445A" w:rsidRDefault="009C6B35">
            <w:pPr>
              <w:spacing w:after="0"/>
            </w:pPr>
            <w:r>
              <w:t>Onsite contact confirmed.</w:t>
            </w:r>
          </w:p>
        </w:tc>
      </w:tr>
    </w:tbl>
    <w:p w14:paraId="6B9F2737" w14:textId="77777777" w:rsidR="0051445A" w:rsidRDefault="0051445A"/>
    <w:p w14:paraId="53B04B36" w14:textId="77777777" w:rsidR="0051445A" w:rsidRDefault="009C6B35">
      <w:pPr>
        <w:pStyle w:val="Heading2"/>
      </w:pPr>
      <w:r>
        <w:rPr>
          <w:color w:val="A91C66"/>
        </w:rPr>
        <w:lastRenderedPageBreak/>
        <w:t>14. Why Karstens</w:t>
      </w:r>
    </w:p>
    <w:p w14:paraId="2D42358E" w14:textId="77777777" w:rsidR="0051445A" w:rsidRDefault="009C6B35">
      <w:pPr>
        <w:spacing w:after="120"/>
      </w:pPr>
      <w:r>
        <w:t>Karstens provides purpose-built conference and training venues in Melbourne, Sydney, Brisbane, Perth and Adelaide. With flexible layouts, built-in AV, reliable Wi-Fi, catering, breakout spaces where available, onsite support and professional event coordination, Karstens helps organisers plan smooth, productive and professional business events.</w:t>
      </w:r>
    </w:p>
    <w:p w14:paraId="600D4161" w14:textId="77777777" w:rsidR="0051445A" w:rsidRDefault="009C6B35">
      <w:pPr>
        <w:jc w:val="center"/>
      </w:pPr>
      <w:r>
        <w:rPr>
          <w:b/>
          <w:color w:val="A91C66"/>
          <w:sz w:val="18"/>
        </w:rPr>
        <w:t>Karstens Conference &amp; Training Venues</w:t>
      </w:r>
    </w:p>
    <w:sectPr w:rsidR="0051445A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0595427">
    <w:abstractNumId w:val="8"/>
  </w:num>
  <w:num w:numId="2" w16cid:durableId="850879899">
    <w:abstractNumId w:val="6"/>
  </w:num>
  <w:num w:numId="3" w16cid:durableId="37634454">
    <w:abstractNumId w:val="5"/>
  </w:num>
  <w:num w:numId="4" w16cid:durableId="328871784">
    <w:abstractNumId w:val="4"/>
  </w:num>
  <w:num w:numId="5" w16cid:durableId="187643601">
    <w:abstractNumId w:val="7"/>
  </w:num>
  <w:num w:numId="6" w16cid:durableId="1049304845">
    <w:abstractNumId w:val="3"/>
  </w:num>
  <w:num w:numId="7" w16cid:durableId="183830818">
    <w:abstractNumId w:val="2"/>
  </w:num>
  <w:num w:numId="8" w16cid:durableId="87123123">
    <w:abstractNumId w:val="1"/>
  </w:num>
  <w:num w:numId="9" w16cid:durableId="93921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445A"/>
    <w:rsid w:val="009C6B35"/>
    <w:rsid w:val="00AA1D8D"/>
    <w:rsid w:val="00B47730"/>
    <w:rsid w:val="00CB0664"/>
    <w:rsid w:val="00D97D5B"/>
    <w:rsid w:val="00E906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FC30C6"/>
  <w14:defaultImageDpi w14:val="300"/>
  <w15:docId w15:val="{E3107D3E-74A2-40FF-97F2-20FB6930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Hendrik Karsten</cp:lastModifiedBy>
  <cp:revision>2</cp:revision>
  <dcterms:created xsi:type="dcterms:W3CDTF">2013-12-23T23:15:00Z</dcterms:created>
  <dcterms:modified xsi:type="dcterms:W3CDTF">2026-07-27T05:47:00Z</dcterms:modified>
  <cp:category/>
</cp:coreProperties>
</file>